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6A55" w14:textId="77777777" w:rsidR="009B6577" w:rsidRDefault="00C66A9D">
      <w:pPr>
        <w:keepNext/>
        <w:spacing w:after="40"/>
      </w:pPr>
      <w:r>
        <w:rPr>
          <w:b/>
          <w:sz w:val="21"/>
        </w:rPr>
        <w:t>Politechnika Poznańska</w:t>
      </w:r>
    </w:p>
    <w:p w14:paraId="3D191C9D" w14:textId="77777777" w:rsidR="009B6577" w:rsidRDefault="00C66A9D">
      <w:pPr>
        <w:keepNext/>
        <w:spacing w:after="40"/>
      </w:pPr>
      <w:r>
        <w:rPr>
          <w:sz w:val="20"/>
        </w:rPr>
        <w:t>Wydział Inżynierii Zarządzania</w:t>
      </w:r>
    </w:p>
    <w:p w14:paraId="076B95CB" w14:textId="77777777" w:rsidR="009B6577" w:rsidRDefault="00C66A9D">
      <w:pPr>
        <w:keepNext/>
        <w:spacing w:after="40"/>
      </w:pPr>
      <w:r>
        <w:rPr>
          <w:sz w:val="20"/>
        </w:rPr>
        <w:t>Instytut Inżynierii Bezpieczeństwa i Jakości</w:t>
      </w:r>
    </w:p>
    <w:p w14:paraId="455E4FA8" w14:textId="77777777" w:rsidR="009B6577" w:rsidRDefault="00C66A9D">
      <w:pPr>
        <w:pStyle w:val="Tytu"/>
        <w:spacing w:before="200"/>
      </w:pPr>
      <w:r>
        <w:t>Oświadczenie o zgodzie na druk i wystawienie fotografii</w:t>
      </w:r>
    </w:p>
    <w:p w14:paraId="4E22C1BD" w14:textId="77777777" w:rsidR="009B6577" w:rsidRDefault="00C66A9D">
      <w:pPr>
        <w:pStyle w:val="Podtytu"/>
        <w:spacing w:after="100"/>
      </w:pPr>
      <w:r>
        <w:t>odBEZPIECZczłowieczEŃSTWO</w:t>
      </w:r>
    </w:p>
    <w:p w14:paraId="266F441B" w14:textId="77777777" w:rsidR="009B6577" w:rsidRDefault="00C66A9D">
      <w:pPr>
        <w:keepNext/>
        <w:spacing w:after="180"/>
      </w:pPr>
      <w:r>
        <w:rPr>
          <w:b/>
          <w:sz w:val="21"/>
        </w:rPr>
        <w:t>Czwarta edycja   29 października 2026 r.</w:t>
      </w:r>
    </w:p>
    <w:p w14:paraId="15948E7C" w14:textId="77777777" w:rsidR="009B6577" w:rsidRDefault="00C66A9D">
      <w:pPr>
        <w:keepLines/>
        <w:spacing w:after="160"/>
      </w:pPr>
      <w:r>
        <w:rPr>
          <w:sz w:val="20"/>
        </w:rPr>
        <w:t xml:space="preserve">Formularz należy wypełnić </w:t>
      </w:r>
      <w:r>
        <w:rPr>
          <w:sz w:val="20"/>
        </w:rPr>
        <w:t>osobno dla każdej fotografii.</w:t>
      </w:r>
    </w:p>
    <w:p w14:paraId="7F2AFA3E" w14:textId="77777777" w:rsidR="009B6577" w:rsidRDefault="00C66A9D">
      <w:pPr>
        <w:keepLines/>
        <w:spacing w:after="100"/>
      </w:pPr>
      <w:r>
        <w:rPr>
          <w:b/>
        </w:rPr>
        <w:t xml:space="preserve">Imię i nazwisko autora: </w:t>
      </w:r>
      <w:r>
        <w:t>........................................................................</w:t>
      </w:r>
    </w:p>
    <w:p w14:paraId="2ECF1C81" w14:textId="77777777" w:rsidR="009B6577" w:rsidRDefault="00C66A9D">
      <w:pPr>
        <w:keepLines/>
        <w:spacing w:after="100"/>
      </w:pPr>
      <w:r>
        <w:rPr>
          <w:b/>
        </w:rPr>
        <w:t xml:space="preserve">Adres e-mail: </w:t>
      </w:r>
      <w:r>
        <w:t>........................................................................................</w:t>
      </w:r>
    </w:p>
    <w:p w14:paraId="5A853DA1" w14:textId="77777777" w:rsidR="009B6577" w:rsidRDefault="00C66A9D">
      <w:pPr>
        <w:keepLines/>
        <w:spacing w:after="100"/>
      </w:pPr>
      <w:r>
        <w:rPr>
          <w:b/>
        </w:rPr>
        <w:t xml:space="preserve">Tytuł fotografii: </w:t>
      </w:r>
      <w:r>
        <w:t>........</w:t>
      </w:r>
      <w:r>
        <w:t>...............................................................................</w:t>
      </w:r>
    </w:p>
    <w:p w14:paraId="449A2F3E" w14:textId="77777777" w:rsidR="009B6577" w:rsidRDefault="00C66A9D">
      <w:pPr>
        <w:keepLines/>
        <w:spacing w:after="160"/>
      </w:pPr>
      <w:r>
        <w:rPr>
          <w:b/>
        </w:rPr>
        <w:t xml:space="preserve">Nazwa przesłanego pliku: </w:t>
      </w:r>
      <w:r>
        <w:t>.........................................................................</w:t>
      </w:r>
    </w:p>
    <w:p w14:paraId="6A132A9F" w14:textId="77777777" w:rsidR="009B6577" w:rsidRDefault="00C66A9D">
      <w:pPr>
        <w:keepLines/>
      </w:pPr>
      <w:r>
        <w:t>Wyrażam zgodę na wykorzystanie wskazanej fotografii przez Politechnikę Poznań</w:t>
      </w:r>
      <w:r>
        <w:t>ską, działającą poprzez Instytut Inżynierii Bezpieczeństwa i Jakości Wydziału Inżynierii Zarządzania, zwaną dalej Organizatorem, na następujących warunkach:</w:t>
      </w:r>
    </w:p>
    <w:p w14:paraId="7C571270" w14:textId="77777777" w:rsidR="009B6577" w:rsidRDefault="00C66A9D">
      <w:pPr>
        <w:keepLines/>
        <w:tabs>
          <w:tab w:val="left" w:pos="312"/>
        </w:tabs>
        <w:spacing w:after="120"/>
        <w:ind w:left="312" w:hanging="312"/>
      </w:pPr>
      <w:r>
        <w:t>1.</w:t>
      </w:r>
      <w:r>
        <w:tab/>
        <w:t xml:space="preserve">Udzielam Organizatorowi nieodpłatnej, niewyłącznej licencji wyłącznie na potrzeby przygotowania </w:t>
      </w:r>
      <w:r>
        <w:t>i przeprowadzenia wystawy „odBEZPIECZczłowieczEŃSTWO” oraz wyboru Zdjęcia roku 2026.</w:t>
      </w:r>
    </w:p>
    <w:p w14:paraId="336B5C7B" w14:textId="77777777" w:rsidR="009B6577" w:rsidRDefault="00C66A9D">
      <w:pPr>
        <w:keepLines/>
        <w:tabs>
          <w:tab w:val="left" w:pos="312"/>
        </w:tabs>
        <w:spacing w:after="120"/>
        <w:ind w:left="312" w:hanging="312"/>
      </w:pPr>
      <w:r>
        <w:t>2.</w:t>
      </w:r>
      <w:r>
        <w:tab/>
        <w:t>Licencja obejmuje utrwalanie i zwielokrotnianie fotografii techniką cyfrową w zakresie niezbędnym do oceny prac przez jury i przygotowania wystawy, wykonanie wydruków t</w:t>
      </w:r>
      <w:r>
        <w:t>echniką drukarską na arkuszu A3 oraz publiczne wystawienie tych wydruków podczas wydarzenia 29 października 2026 r.</w:t>
      </w:r>
    </w:p>
    <w:p w14:paraId="38C7B606" w14:textId="488B5B9B" w:rsidR="009B6577" w:rsidRDefault="00C66A9D">
      <w:pPr>
        <w:keepLines/>
        <w:tabs>
          <w:tab w:val="left" w:pos="312"/>
        </w:tabs>
        <w:spacing w:after="120"/>
        <w:ind w:left="312" w:hanging="312"/>
      </w:pPr>
      <w:r>
        <w:t>3.</w:t>
      </w:r>
      <w:r>
        <w:tab/>
        <w:t xml:space="preserve">Licencja obowiązuje od dnia przekazania Organizatorowi podpisanego oświadczenia do zakończenia wydarzenia </w:t>
      </w:r>
      <w:r w:rsidR="00167DBC">
        <w:t>30</w:t>
      </w:r>
      <w:r>
        <w:t xml:space="preserve"> </w:t>
      </w:r>
      <w:r w:rsidR="00167DBC">
        <w:t>listopad</w:t>
      </w:r>
      <w:r>
        <w:t>a 2026 r., na teryto</w:t>
      </w:r>
      <w:r>
        <w:t xml:space="preserve">rium Polski. Publikacja fotografii w </w:t>
      </w:r>
      <w:r w:rsidR="00167DBC">
        <w:t>I</w:t>
      </w:r>
      <w:r>
        <w:t>nternecie, wykorzystanie promocyjne lub prezentacja na innych wystawach wymagają odrębnego upoważnienia autora.</w:t>
      </w:r>
    </w:p>
    <w:p w14:paraId="609EC7C3" w14:textId="77777777" w:rsidR="009B6577" w:rsidRDefault="00C66A9D">
      <w:pPr>
        <w:keepLines/>
        <w:tabs>
          <w:tab w:val="left" w:pos="312"/>
        </w:tabs>
        <w:spacing w:after="120"/>
        <w:ind w:left="312" w:hanging="312"/>
      </w:pPr>
      <w:r>
        <w:t>4.</w:t>
      </w:r>
      <w:r>
        <w:tab/>
        <w:t>Zezwalam na przekazanie pliku wykonawcy druku działającemu na zlecenie Organizatora i upoważnienie go d</w:t>
      </w:r>
      <w:r>
        <w:t>o wykonania niezbędnych kopii oraz wydruków wyłącznie w celu realizacji tej wystawy.</w:t>
      </w:r>
    </w:p>
    <w:p w14:paraId="46627DE6" w14:textId="77777777" w:rsidR="009B6577" w:rsidRDefault="00C66A9D">
      <w:pPr>
        <w:keepLines/>
        <w:tabs>
          <w:tab w:val="left" w:pos="312"/>
        </w:tabs>
        <w:spacing w:after="120"/>
        <w:ind w:left="312" w:hanging="312"/>
      </w:pPr>
      <w:r>
        <w:t>5.</w:t>
      </w:r>
      <w:r>
        <w:tab/>
        <w:t>Zezwalam na dostosowanie skali i profilu barwnego do wymagań druku, przy zachowaniu proporcji i integralności fotografii. Zmiany kadru lub treści zdjęcia wymagają mojej</w:t>
      </w:r>
      <w:r>
        <w:t xml:space="preserve"> odrębnej akceptacji.</w:t>
      </w:r>
    </w:p>
    <w:p w14:paraId="4B84B646" w14:textId="77777777" w:rsidR="009B6577" w:rsidRDefault="00C66A9D">
      <w:pPr>
        <w:keepLines/>
        <w:tabs>
          <w:tab w:val="left" w:pos="312"/>
        </w:tabs>
        <w:spacing w:after="120"/>
        <w:ind w:left="312" w:hanging="312"/>
      </w:pPr>
      <w:r>
        <w:t>6.</w:t>
      </w:r>
      <w:r>
        <w:tab/>
        <w:t>Fotografia zostanie zaprezentowana z jej tytułem oraz moim imieniem i nazwiskiem. Zachowuję autorskie prawa osobiste i majątkowe do pracy. Zgoda nie stanowi przeniesienia praw autorskich.</w:t>
      </w:r>
    </w:p>
    <w:p w14:paraId="3D516D7A" w14:textId="77777777" w:rsidR="009B6577" w:rsidRDefault="00C66A9D">
      <w:pPr>
        <w:keepNext/>
        <w:tabs>
          <w:tab w:val="left" w:pos="4876"/>
        </w:tabs>
        <w:spacing w:before="240" w:after="60"/>
      </w:pPr>
      <w:r>
        <w:t>...........................................</w:t>
      </w:r>
      <w:r>
        <w:t>.........</w:t>
      </w:r>
      <w:r>
        <w:tab/>
        <w:t>....................................................</w:t>
      </w:r>
    </w:p>
    <w:p w14:paraId="77E1B72F" w14:textId="77777777" w:rsidR="009B6577" w:rsidRDefault="00C66A9D">
      <w:pPr>
        <w:tabs>
          <w:tab w:val="left" w:pos="4876"/>
        </w:tabs>
      </w:pPr>
      <w:r>
        <w:rPr>
          <w:sz w:val="20"/>
        </w:rPr>
        <w:t>Miejscowość i data</w:t>
      </w:r>
      <w:r>
        <w:rPr>
          <w:sz w:val="20"/>
        </w:rPr>
        <w:tab/>
        <w:t>Czytelny podpis autora</w:t>
      </w:r>
    </w:p>
    <w:p w14:paraId="293D8C6C" w14:textId="77777777" w:rsidR="009B6577" w:rsidRDefault="00C66A9D">
      <w:pPr>
        <w:spacing w:before="160" w:after="0"/>
      </w:pPr>
      <w:r>
        <w:rPr>
          <w:sz w:val="18"/>
        </w:rPr>
        <w:t xml:space="preserve">Podstawa prawna: Art. 41, 43, 50 i 67 ustawy z dnia 4 lutego 1994 r. o prawie autorskim i prawach pokrewnych </w:t>
      </w:r>
      <w:hyperlink r:id="rId6">
        <w:r>
          <w:rPr>
            <w:sz w:val="18"/>
            <w:u w:val="single"/>
          </w:rPr>
          <w:t>(Dz. U. z 2025 r. poz. 24).</w:t>
        </w:r>
      </w:hyperlink>
    </w:p>
    <w:sectPr w:rsidR="009B6577" w:rsidSect="00034616">
      <w:pgSz w:w="12240" w:h="15840"/>
      <w:pgMar w:top="1077" w:right="1162" w:bottom="1020" w:left="1162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7DBC"/>
    <w:rsid w:val="0029639D"/>
    <w:rsid w:val="00326F90"/>
    <w:rsid w:val="009B6577"/>
    <w:rsid w:val="00A55E76"/>
    <w:rsid w:val="00AA1D8D"/>
    <w:rsid w:val="00B47730"/>
    <w:rsid w:val="00C66A9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DA4C0"/>
  <w14:defaultImageDpi w14:val="300"/>
  <w15:docId w15:val="{2CA2F06F-F73C-EF45-96AF-6537CABD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59" w:lineRule="auto"/>
    </w:pPr>
    <w:rPr>
      <w:rFonts w:ascii="Arial" w:eastAsia="Arial" w:hAnsi="Arial" w:cs="Arial"/>
      <w:color w:val="000000"/>
      <w:sz w:val="23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line="245" w:lineRule="auto"/>
      <w:outlineLvl w:val="0"/>
    </w:pPr>
    <w:rPr>
      <w:b/>
      <w:bCs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20" w:line="245" w:lineRule="auto"/>
      <w:outlineLvl w:val="1"/>
    </w:pPr>
    <w:rPr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keepLines/>
      <w:spacing w:line="245" w:lineRule="auto"/>
      <w:contextualSpacing/>
    </w:pPr>
    <w:rPr>
      <w:b/>
      <w:spacing w:val="5"/>
      <w:kern w:val="28"/>
      <w:sz w:val="37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keepLines/>
      <w:numPr>
        <w:ilvl w:val="1"/>
      </w:numPr>
      <w:spacing w:line="245" w:lineRule="auto"/>
    </w:pPr>
    <w:rPr>
      <w:b/>
      <w:iCs/>
      <w:spacing w:val="15"/>
      <w:sz w:val="29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li.gov.pl/eli/DU/2025/24/og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zgodzie na druk i wystawienie fotografii odBEZPIECZczłowieczEŃSTWO 2026</dc:title>
  <dc:subject>Czwarta edycja wydarzenia i wystawa fotograficzna Człowiek i bezpieczeństwo</dc:subject>
  <dc:creator>Instytut Inżynierii Bezpieczeństwa i Jakości, Politechnika Poznańska</dc:creator>
  <cp:keywords>fotografia, wystawa, bezpieczeństwo, Politechnika Poznańska, 2026</cp:keywords>
  <dc:description/>
  <cp:lastModifiedBy>s</cp:lastModifiedBy>
  <cp:revision>2</cp:revision>
  <dcterms:created xsi:type="dcterms:W3CDTF">2026-09-30T18:47:00Z</dcterms:created>
  <dcterms:modified xsi:type="dcterms:W3CDTF">2026-09-30T18:47:00Z</dcterms:modified>
  <cp:category/>
</cp:coreProperties>
</file>