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84462" w14:textId="77777777" w:rsidR="00C200C8" w:rsidRDefault="00C66A9D">
      <w:pPr>
        <w:keepNext/>
        <w:spacing w:after="40"/>
      </w:pPr>
      <w:r>
        <w:rPr>
          <w:b/>
          <w:sz w:val="21"/>
        </w:rPr>
        <w:t>Politechnika Poznańska</w:t>
      </w:r>
    </w:p>
    <w:p w14:paraId="44541D4C" w14:textId="77777777" w:rsidR="00C200C8" w:rsidRDefault="00C66A9D">
      <w:pPr>
        <w:keepNext/>
        <w:spacing w:after="40"/>
      </w:pPr>
      <w:r>
        <w:rPr>
          <w:sz w:val="20"/>
        </w:rPr>
        <w:t>Wydział Inżynierii Zarządzania</w:t>
      </w:r>
    </w:p>
    <w:p w14:paraId="69F4C134" w14:textId="77777777" w:rsidR="00C200C8" w:rsidRDefault="00C66A9D">
      <w:pPr>
        <w:keepNext/>
        <w:spacing w:after="40"/>
      </w:pPr>
      <w:r>
        <w:rPr>
          <w:sz w:val="20"/>
        </w:rPr>
        <w:t>Instytut Inżynierii Bezpieczeństwa i Jakości</w:t>
      </w:r>
    </w:p>
    <w:p w14:paraId="6DA4C480" w14:textId="77777777" w:rsidR="00C200C8" w:rsidRDefault="00C66A9D">
      <w:pPr>
        <w:pStyle w:val="Tytu"/>
        <w:spacing w:before="200"/>
      </w:pPr>
      <w:r>
        <w:t>Oświadczenie o prawach autorskich do fotografii</w:t>
      </w:r>
    </w:p>
    <w:p w14:paraId="65134FD2" w14:textId="77777777" w:rsidR="00C200C8" w:rsidRDefault="00C66A9D">
      <w:pPr>
        <w:pStyle w:val="Podtytu"/>
        <w:spacing w:after="100"/>
      </w:pPr>
      <w:r>
        <w:t>odBEZPIECZczłowieczEŃSTWO</w:t>
      </w:r>
    </w:p>
    <w:p w14:paraId="30EA05BB" w14:textId="77777777" w:rsidR="00C200C8" w:rsidRDefault="00C66A9D">
      <w:pPr>
        <w:keepNext/>
        <w:spacing w:after="180"/>
      </w:pPr>
      <w:r>
        <w:rPr>
          <w:b/>
          <w:sz w:val="21"/>
        </w:rPr>
        <w:t>Czwarta edycja   29 października 2026 r.</w:t>
      </w:r>
    </w:p>
    <w:p w14:paraId="1CEA93A1" w14:textId="77777777" w:rsidR="00C200C8" w:rsidRDefault="00C66A9D">
      <w:pPr>
        <w:keepLines/>
        <w:spacing w:after="160"/>
      </w:pPr>
      <w:r>
        <w:rPr>
          <w:sz w:val="20"/>
        </w:rPr>
        <w:t xml:space="preserve">Formularz należy wypełnić osobno dla </w:t>
      </w:r>
      <w:r>
        <w:rPr>
          <w:sz w:val="20"/>
        </w:rPr>
        <w:t>każdej fotografii.</w:t>
      </w:r>
    </w:p>
    <w:p w14:paraId="6E2E3FE8" w14:textId="77777777" w:rsidR="00C200C8" w:rsidRDefault="00C66A9D">
      <w:pPr>
        <w:keepLines/>
        <w:spacing w:after="100"/>
      </w:pPr>
      <w:r>
        <w:rPr>
          <w:b/>
        </w:rPr>
        <w:t xml:space="preserve">Imię i nazwisko autora: </w:t>
      </w:r>
      <w:r>
        <w:t>........................................................................</w:t>
      </w:r>
    </w:p>
    <w:p w14:paraId="7F569EDD" w14:textId="77777777" w:rsidR="00C200C8" w:rsidRDefault="00C66A9D">
      <w:pPr>
        <w:keepLines/>
        <w:spacing w:after="100"/>
      </w:pPr>
      <w:r>
        <w:rPr>
          <w:b/>
        </w:rPr>
        <w:t xml:space="preserve">Adres e-mail: </w:t>
      </w:r>
      <w:r>
        <w:t>........................................................................................</w:t>
      </w:r>
    </w:p>
    <w:p w14:paraId="39198098" w14:textId="77777777" w:rsidR="00C200C8" w:rsidRDefault="00C66A9D">
      <w:pPr>
        <w:keepLines/>
        <w:spacing w:after="100"/>
      </w:pPr>
      <w:r>
        <w:rPr>
          <w:b/>
        </w:rPr>
        <w:t xml:space="preserve">Tytuł fotografii: </w:t>
      </w:r>
      <w:r>
        <w:t>...................</w:t>
      </w:r>
      <w:r>
        <w:t>....................................................................</w:t>
      </w:r>
    </w:p>
    <w:p w14:paraId="226707E2" w14:textId="77777777" w:rsidR="00C200C8" w:rsidRDefault="00C66A9D">
      <w:pPr>
        <w:keepLines/>
        <w:spacing w:after="160"/>
      </w:pPr>
      <w:r>
        <w:rPr>
          <w:b/>
        </w:rPr>
        <w:t xml:space="preserve">Nazwa przesłanego pliku: </w:t>
      </w:r>
      <w:r>
        <w:t>.........................................................................</w:t>
      </w:r>
    </w:p>
    <w:p w14:paraId="65A63993" w14:textId="77777777" w:rsidR="00C200C8" w:rsidRDefault="00C66A9D">
      <w:pPr>
        <w:keepNext/>
        <w:keepLines/>
      </w:pPr>
      <w:r>
        <w:t>W związku ze zgłoszeniem wskazanej fotografii na wystawę „odBEZPIECZczłowieczEŃSTWO” ośw</w:t>
      </w:r>
      <w:r>
        <w:t>iadczam, że:</w:t>
      </w:r>
    </w:p>
    <w:p w14:paraId="34FB9964" w14:textId="77777777" w:rsidR="00C200C8" w:rsidRDefault="00C66A9D">
      <w:pPr>
        <w:keepLines/>
        <w:tabs>
          <w:tab w:val="left" w:pos="312"/>
        </w:tabs>
        <w:spacing w:after="120"/>
        <w:ind w:left="312" w:hanging="312"/>
      </w:pPr>
      <w:r>
        <w:t>1.</w:t>
      </w:r>
      <w:r>
        <w:tab/>
        <w:t>Jestem jej jedynym autorem/autorką i wykonałem/wykonałam ją osobiście. Zgłoszona praca jest własną fotografią, a nie zdjęciem wykonanym przez inną osobę ani obrazem wygenerowanym przez sztuczną inteligencję.</w:t>
      </w:r>
    </w:p>
    <w:p w14:paraId="333854C4" w14:textId="77777777" w:rsidR="00C200C8" w:rsidRDefault="00C66A9D">
      <w:pPr>
        <w:keepLines/>
        <w:tabs>
          <w:tab w:val="left" w:pos="312"/>
        </w:tabs>
        <w:spacing w:after="120"/>
        <w:ind w:left="312" w:hanging="312"/>
      </w:pPr>
      <w:r>
        <w:t>2.</w:t>
      </w:r>
      <w:r>
        <w:tab/>
        <w:t>Przysługują mi autorskie praw</w:t>
      </w:r>
      <w:r>
        <w:t>a majątkowe do fotografii w zakresie umożliwiającym udzielenie Politechnice Poznańskiej licencji na przygotowanie wydruku i publiczne wystawienie pracy. Nie istnieją zobowiązania wobec innych osób ani ograniczenia prawne sprzeczne z zakresem tej licencji.</w:t>
      </w:r>
    </w:p>
    <w:p w14:paraId="1318A8F7" w14:textId="77777777" w:rsidR="00C200C8" w:rsidRDefault="00C66A9D">
      <w:pPr>
        <w:keepLines/>
        <w:tabs>
          <w:tab w:val="left" w:pos="312"/>
        </w:tabs>
        <w:spacing w:after="120"/>
        <w:ind w:left="312" w:hanging="312"/>
      </w:pPr>
      <w:r>
        <w:t>3.</w:t>
      </w:r>
      <w:r>
        <w:tab/>
        <w:t>Zgłoszona fotografia oraz jej wykorzystanie w zadeklarowanym zakresie nie naruszają praw autorskich innych osób ani ich dóbr osobistych, w szczególności prawa do wizerunku i prywatności.</w:t>
      </w:r>
    </w:p>
    <w:p w14:paraId="3416C354" w14:textId="77777777" w:rsidR="00C200C8" w:rsidRDefault="00C66A9D">
      <w:pPr>
        <w:keepLines/>
        <w:tabs>
          <w:tab w:val="left" w:pos="312"/>
        </w:tabs>
        <w:spacing w:after="120"/>
        <w:ind w:left="312" w:hanging="312"/>
      </w:pPr>
      <w:r>
        <w:t>4.</w:t>
      </w:r>
      <w:r>
        <w:tab/>
        <w:t>Jeżeli fotografia przedstawia rozpoznawalne osoby i prawo wymag</w:t>
      </w:r>
      <w:r>
        <w:t>a ich zezwolenia na rozpowszechnianie wizerunku, uzyskałem/uzyskałam takie zezwolenia w zakresie druku i publicznego wystawienia pracy przez Organizatora 29 października 2026 r. W przypadku osób małoletnich uwzględniłem/uwzględniłam zgodę przedstawiciela u</w:t>
      </w:r>
      <w:r>
        <w:t>stawowego. Na prośbę Organizatora przedstawię potwierdzenie wymaganych zezwoleń.</w:t>
      </w:r>
    </w:p>
    <w:p w14:paraId="68503ED0" w14:textId="77777777" w:rsidR="00C200C8" w:rsidRDefault="00C66A9D">
      <w:pPr>
        <w:keepLines/>
        <w:tabs>
          <w:tab w:val="left" w:pos="312"/>
        </w:tabs>
        <w:spacing w:after="120"/>
        <w:ind w:left="312" w:hanging="312"/>
      </w:pPr>
      <w:r>
        <w:t>5.</w:t>
      </w:r>
      <w:r>
        <w:tab/>
        <w:t>Informacje podane w zgłoszeniu i niniejszym oświadczeniu są zgodne z prawdą. W razie ujawnienia okoliczności wpływających na możliwość zgodnego z prawem wykorzystania fotog</w:t>
      </w:r>
      <w:r>
        <w:t>rafii niezwłocznie poinformuję Organizatora.</w:t>
      </w:r>
    </w:p>
    <w:p w14:paraId="69868E79" w14:textId="77777777" w:rsidR="00C200C8" w:rsidRDefault="00C66A9D">
      <w:pPr>
        <w:keepLines/>
        <w:spacing w:before="80"/>
      </w:pPr>
      <w:r>
        <w:rPr>
          <w:sz w:val="21"/>
        </w:rPr>
        <w:t>Zakres zgody na korzystanie z fotografii określa odrębne oświadczenie o zgodzie na druk i prezentację pracy na wystawie.</w:t>
      </w:r>
    </w:p>
    <w:p w14:paraId="6A149AC9" w14:textId="77777777" w:rsidR="00C200C8" w:rsidRDefault="00C66A9D">
      <w:pPr>
        <w:keepNext/>
        <w:tabs>
          <w:tab w:val="left" w:pos="4876"/>
        </w:tabs>
        <w:spacing w:before="240" w:after="60"/>
      </w:pPr>
      <w:r>
        <w:t>....................................................</w:t>
      </w:r>
      <w:r>
        <w:tab/>
        <w:t>.....................................</w:t>
      </w:r>
      <w:r>
        <w:t>...............</w:t>
      </w:r>
    </w:p>
    <w:p w14:paraId="33830143" w14:textId="77777777" w:rsidR="00C200C8" w:rsidRDefault="00C66A9D">
      <w:pPr>
        <w:tabs>
          <w:tab w:val="left" w:pos="4876"/>
        </w:tabs>
      </w:pPr>
      <w:r>
        <w:rPr>
          <w:sz w:val="20"/>
        </w:rPr>
        <w:t>Miejscowość i data</w:t>
      </w:r>
      <w:r>
        <w:rPr>
          <w:sz w:val="20"/>
        </w:rPr>
        <w:tab/>
        <w:t>Czytelny podpis autora</w:t>
      </w:r>
    </w:p>
    <w:p w14:paraId="43D444ED" w14:textId="77777777" w:rsidR="00C200C8" w:rsidRDefault="00C66A9D">
      <w:pPr>
        <w:spacing w:before="160" w:after="0"/>
      </w:pPr>
      <w:r>
        <w:rPr>
          <w:sz w:val="18"/>
        </w:rPr>
        <w:t xml:space="preserve">Podstawa prawna: Art. 16, 17 i 81 ustawy z dnia 4 lutego 1994 r. o prawie autorskim i prawach pokrewnych </w:t>
      </w:r>
      <w:hyperlink r:id="rId6">
        <w:r>
          <w:rPr>
            <w:sz w:val="18"/>
            <w:u w:val="single"/>
          </w:rPr>
          <w:t>(Dz. U. z 2025 r. poz. 24).</w:t>
        </w:r>
      </w:hyperlink>
    </w:p>
    <w:sectPr w:rsidR="00C200C8" w:rsidSect="00034616">
      <w:pgSz w:w="12240" w:h="15840"/>
      <w:pgMar w:top="1077" w:right="1162" w:bottom="1020" w:left="1162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207B"/>
    <w:rsid w:val="0029639D"/>
    <w:rsid w:val="00326F90"/>
    <w:rsid w:val="00A55E76"/>
    <w:rsid w:val="00AA1D8D"/>
    <w:rsid w:val="00B47730"/>
    <w:rsid w:val="00C200C8"/>
    <w:rsid w:val="00C66A9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766477"/>
  <w14:defaultImageDpi w14:val="300"/>
  <w15:docId w15:val="{2CA2F06F-F73C-EF45-96AF-6537CABD7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 w:line="259" w:lineRule="auto"/>
    </w:pPr>
    <w:rPr>
      <w:rFonts w:ascii="Arial" w:eastAsia="Arial" w:hAnsi="Arial" w:cs="Arial"/>
      <w:color w:val="000000"/>
      <w:sz w:val="23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20" w:line="245" w:lineRule="auto"/>
      <w:outlineLvl w:val="0"/>
    </w:pPr>
    <w:rPr>
      <w:b/>
      <w:bCs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20" w:line="245" w:lineRule="auto"/>
      <w:outlineLvl w:val="1"/>
    </w:pPr>
    <w:rPr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keepLines/>
      <w:spacing w:line="245" w:lineRule="auto"/>
      <w:contextualSpacing/>
    </w:pPr>
    <w:rPr>
      <w:b/>
      <w:spacing w:val="5"/>
      <w:kern w:val="28"/>
      <w:sz w:val="37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keepLines/>
      <w:numPr>
        <w:ilvl w:val="1"/>
      </w:numPr>
      <w:spacing w:line="245" w:lineRule="auto"/>
    </w:pPr>
    <w:rPr>
      <w:b/>
      <w:iCs/>
      <w:spacing w:val="15"/>
      <w:sz w:val="29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li.gov.pl/eli/DU/2025/24/og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prawach autorskich do fotografii odBEZPIECZczłowieczEŃSTWO 2026</dc:title>
  <dc:subject>Czwarta edycja wydarzenia i wystawa fotograficzna Człowiek i bezpieczeństwo</dc:subject>
  <dc:creator>Instytut Inżynierii Bezpieczeństwa i Jakości, Politechnika Poznańska</dc:creator>
  <cp:keywords>fotografia, wystawa, bezpieczeństwo, Politechnika Poznańska, 2026</cp:keywords>
  <dc:description/>
  <cp:lastModifiedBy>s</cp:lastModifiedBy>
  <cp:revision>2</cp:revision>
  <dcterms:created xsi:type="dcterms:W3CDTF">2026-09-30T18:47:00Z</dcterms:created>
  <dcterms:modified xsi:type="dcterms:W3CDTF">2026-09-30T18:47:00Z</dcterms:modified>
  <cp:category/>
</cp:coreProperties>
</file>